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זכות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צורך חייבים, רצון רק 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מבוגרים וילדים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לשמור על הילד מסכנה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להשמיע דעה ולהיות חלק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דבר שצריך לעשות כדי לשמור על זכות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חינוך הוא צורך בסיסי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צעצוע הוא רצון, לא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זכות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מבוגרים אחראים להגן על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הזכויות שוות לכל הילדים בעולם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זכות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(ללכת לבית ספר וללמוד)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(לקבל טיפול רפואי כשחולים)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(לגור במקום 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(להביע דעה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(לשחק ולנוח אחרי הלימודים)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זכות לחינוך, כי זה עוזר לי ללמוד ולהתפתח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אוכל הוא צורך, משחק מחשב הוא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לדאוג שחבר שלי מרגיש בטוח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מגיעה לכל ילד, אחריות היא מה שעושים כדי לשמור עליה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צריכה להתאים לזכות שהוזכרה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שכל ילד יגדל בבטחה, בבריאות ובהתפתחות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להסביר מילים חדשות מהמילון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לאפשר שימוש במילון בארבע שפות בזמן העבודה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מה זה זכות של ילד. לומדים גם מה זה צורך ומה זה רצון. לכל ילד בעולם יש זכויות חשובות.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שחייבים כדי לחיות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שרוצים אבל אפשר בלעדיו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שצריך לעשות כדי לשמור על זכות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הילד מפני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השתתפות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להשמיע דעה ולהיות חלק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חינוך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בבית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להיות בריא ולקבל טיפול כשצריך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שמגיע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שאסור לילד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צריך לרוצה?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 חייבים, רצון רק 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חשוב יותר מצורך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צורך זה רק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שומר על הזכויות של 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הילד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מבוגרים וילדים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זכות 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על הילד מסכנה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לשחק במחשב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צעצוע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ללכת לקולנוע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זכות להשתתפות?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להשמיע דעה ולהיות חלק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לשתוק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לעבוד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לישון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שצריך לעשות כדי לשמור על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לחינוך.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חדש הוא צורך.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לילד יש זכות להביע את דעתו.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מבוגרים לא צריכים לשמור על זכויות ילדים.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בעולם מגיעות אותן זכויות.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יש זכות ל__________ בבית 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כשילד חולה, יש לו זכות לקבל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אוכל ומים הם __________ בסיסי של כל ילד.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צעצוע חדש הוא לרוב __________ ולא צורך.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לשמור על זכות, צריך גם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זכות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לשחק ולנוח אחרי הלימודים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להביע דעה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לקבל טיפול רפואי כשחולים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זכות להשתתפות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לגור במקום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ללכת לבית ספר וללמוד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זכות אחת שחשובה לכם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להבדל בין צורך לרצון מהחיים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אחריות אחת שיש לכם כלפי חבר או בן 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לזכות ולדוגמה שמתאימה 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שלכל ילד יהיו זכויות?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